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פטריות בעיר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איטלו קאלווינו · סיפור קצר · הסיפור הקצר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1–ב (פטריות) · 2–ב (ליד תחנה בעיר) · 3–ג (כולם בבית החולים) · 4–ב (מאושר)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1–נכון · 2–לא נכון (אמדיג'י – תחרותי) · 3–נכון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1–ג · 2–ב · 3–א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1–אירוניה · 2–ניגוד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1) בערוגה עלובה בלב העיר, ליד תחנת החשמלית, כשהוא רוכן לקשור את שרוכי נעליו.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תשובה אישית: 2–3 משפטים, עם סיבה אחת (כי…).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פטריות בעיר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איטלו קאלווינו · סיפור קצר · הסיפור הקצר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מארקובאלדו מוצא פטריות בעיר. הוא קוטף אותן ואוכל. הפטריות רעילות וכולם מגיעים לבית החולים.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(יש 3 אפשרויות)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מוצא מארקובאלדו?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פרחים     ב. פטריות     ג. כסף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איפה הוא מוצא אותן?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בשוק     ב. ליד תחנה בעיר     ג. ביער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קורה אחרי שאוכלים?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כולם ישנים     ב. כולם שמחים     ג. כולם בבית החולים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איך מארקובאלדו מרגיש כשהוא מוצא אותן?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כועס     ב. מאושר     ג. משועמם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דמות – תכונה: סמנו נכון או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– תכונה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מארקובאלדו – חולמני ותמים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אמדיג'י – נלהבים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ילדי מארקובאלדו – נלהבים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חברו בקו: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מארקובאלדו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נלהבים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אמדיג'י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תחרותי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ילדי מארקובאלדו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חולמני ותמים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השלימו מתוך 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ניגוד   |   בית   |   אירוניה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פער בין מה שנאמר או מצופה לבין מה שקורה באמת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2) ______ – העמדה זה מול זה של דברים הפוכים כדי להבליט אותם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ענו במשפט אחד.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איפה מוצא מארקובאלדו את הפטריות?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6. כתבו 2–3 משפטים. אפשר להיעזר בפתיחים: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למה לדעתכם קשה לנו לשתף 'אוצר' שמצאנו עם אחרים?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פטריות בעיר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דבר אחד שזכרתי מ"פטריות בעיר":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דמות שאהבתי, ולמה: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