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בשל תפוחים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יהודה בורלא · סיפור קצר · הסיפור הקצר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(כדי לתת לשכנה) · 2–ג (של אבא) · 3–ג (מתבייש) · 4–ג (בירושלים העתיקה)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2–נכון · 3–לא נכון (האב – קפדן ומכבד חכמים)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2–ד · 3–ב · 4–ג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1–מספר · 2–ניגוד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כדי לכבד בהם את החכמים והרבנים שבאו לביתו – זו הייתה שמחתו הגדולה.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בשל תפוחים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יהודה בורלא · סיפור קצר · הסיפור הקצר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ילד רוצה לעזור לשכנה ענייה. הוא לוקח תפוחים של אבא בלי רשות. אבא כועס והילד מתבייש.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הילד לקח תפוחים?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כי היה רעב     ב. כדי למכור אותם     ג. כדי לתת לשכנה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של מי היו התפוחים?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של המורה     ב. של השכנה     ג. של אבא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איך הרגיש הילד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שמח     ב. רגוע     ג. מתבייש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איפה קורה הסיפור?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בכפר     ב. בתל אביב     ג. בירושלים העתיקה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דיליסיה – עדינה וחרוצה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 המספר – רחמן ונלהב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 – עדינה וחרוצה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 המספר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רחמן ונלהב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עדינה וחרוצה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דיליסיה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סבלן ושקט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החייט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קפדן ומכבד חכמים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ניגוד   |   פזמון חוזר   |   מספר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הקול שמספר את הסיפור; יכול להיות דמות בסיפור (גוף ראשון) או קול מחוץ לסיפור (גוף שלישי)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העמדה זה מול זה של דברים הפוכים כדי להבליט אותם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מדוע שמר האב תפוחים משובחים בארון?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האם כוונה טובה יכולה להצדיק מעשה לא נכון?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בשל תפוחים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מ"בשל תפוחים":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